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איזו שאלה זו? (איתור, הסקה, פרשנות, הבעת עמדה)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סוגי השאלות 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 סוג שאלה לפי הניסוח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סוגי שאלות על פי הטקסט מכתב מן המכתש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מהי כל שאלה? (הגדרות)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התשובה עליה כתובה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משלבת מידע מהטקסט עם הבנה אישית כדי להגיע למסקנה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מבקשת להסביר משמעות עמוקה או כוונת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מבקשת דעה אישית עם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באיתור התשובה כתובה, בהסקה צריך להסיק ממידע ורמזים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סווגו את השאלות מתוך מכתב מן המכתש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פרשנות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סוג שאלה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שם הדמות שכתבה את המכתב)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אפשר להבין שהדמות הרגישה לפי תיאור ההליכה)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(למה הכותבת בחרה לתאר דווקא את השקט במכתש)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(האם הייתם רוצים לטייל במכתש, ולמה)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(באיזה יום נשלח המכתב)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שאלת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שאלת עמדה מבקשת דעה אישית עם נימוק, אין תשובה אחת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שאלת הסקה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הזיהוי של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השאלה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אם התשובה כתובה במפורש בטקסט (איתור)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לא, בדקו אם אפשר להסיק אותה מרמזים (הסקה)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אם השאלה מבקשת להסביר כוונה או משמעות (פרשנות)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אם השאלה מבקשת דעה אישית עם נימוק (הבעת עמדה)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חברו שאלות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שאלת איתור עם תשובה מפורשת בטקסט, שאלת הסקה שדורשת שילוב מידע ורמזים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שאלת פרשנות על כוונת הכותבת, ושאלת עמדה עם תשובה אישית 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- תשובה כתובה; הסקה - צריך להסיק ממידע ורמזים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הקשורה להבנת כוונת הכותב או משמעות עמוקה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שמבקשת דעה אישית עם 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ארבעת הסמלים (פנס, בלש, פאזל, בועת דיבור) כדי לחזק את הזיכרון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הדף ולהשוות תשובות לפני 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שבשאלת הבעת עמדה אין תשובה אחת נכונה אלא חשוב הנימוק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איזו שאלה זו? (איתור, הסקה, פרשנות, הבעת עמדה)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לזהות ארבעה סוגי שאלות: איתור, הסקה, פרשנות והבעת עמדה. נשתמש בקטע על מיכל שכתבה מכתב מהמכתש.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תשובה שכתובה במפורש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משהו שלא כתוב במפורש, בעזרת רמזים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משמעות עמוקה או כוונה של הכותב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הבעת 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דעה אישית עם 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טבעי שקוע בצורת קערה, כמו מכתש רמון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עקיף בטקסט שעוזר להבין דברים שלא נכתבו ישירות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מסקנה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הבנה שמגיעים אליה אחרי חשיבה על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בדעה או בתשובה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מהי כל שאלה? (הגדרות)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שאלת איתור היא שאלה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דורשת ניחוש לפי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התשובה עליה כתובה במפורש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מבקשת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תשובה בטקסט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שאלת הסקה היא שאלה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משלבת מידע מהטקסט עם הבנה אישית כדי להגיע למסקנה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כתובה מילה במילה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מבקשת דעה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קשורה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שאלת פרשנות היא שאלה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מבקשת למצוא מספר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מבקשת להסביר משמעות עמוקה או כוונת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מבקשת למנות שמות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קשר לכוונת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שאלת הבעת עמדה היא שאלה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מבקשת תשובה עובדתית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מבקשת לדעת מתי קרה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מבקשת דעה אישית עם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מבקשת למצוא מילה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איתור להסקה?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באיתור התשובה כתובה, בהסקה צריך להסיק ממידע ורמזים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שום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הסקה קלה יותר מאיתור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איתור דורש דעה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סווגו את השאלות מתוך מכתב מן המכתש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מיכל כתבה את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מיכל כתבה מכתב ולא סיפרה בעל 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מיכל הרגישה במכתש, לפי מה שהיא כותבת?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אתם חושבים שכדאי לטייל במכתש? 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נמצא המכתש?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באמת מיכל כתבה את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סוג שאלה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האם הייתם רוצים לטייל במכתש, ולמה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שם הדמות שכתבה את המכתב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פרשנות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אפשר להבין שהדמות הרגישה לפי תיאור ההליכה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הבעת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באיזה יום נשלח המכתב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למה הכותבת בחרה לתאר דווקא את השקט במכתש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איתור דורשת חיפוש תשובה מדויקת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הבעת עמדה תמיד יש לה תשובה אחת נכונה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לזהות שאלת הסקה כי היא מבקשת להבין משהו שלא נכתב במפורש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הזיהוי של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התשובה כתובה במפורש בטקסט (איתור)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השאלה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השאלה מבקשת להסביר כוונה או משמעות (פרשנות)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השאלה מבקשת דעה אישית עם נימוק (הבעת עמדה)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לא, בדקו אם אפשר להסיק אותה מרמזים (הסקה)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חברו שאלות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חברו שאלת איתור ושאלת הסקה על קטע מתוך מכתב מן המכתש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חברו שאלת פרשנות ושאלת הבעת עמדה על אותו קטע, וענו על שאלת ההבעת עמדה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שאלת איתור לשאלת הסקה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לשאלת פרשנות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מזהים שאלת הבעת עמדה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איזו שאלה זו? (איתור, הסקה, פרשנות, הבעת עמדה)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